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BC1" w:rsidRDefault="00D71AC6">
      <w:pPr>
        <w:jc w:val="center"/>
      </w:pPr>
      <w:r>
        <w:rPr>
          <w:b/>
          <w:sz w:val="32"/>
        </w:rPr>
        <w:t>ČETVEROTJEDNI JELOVNIK</w:t>
      </w:r>
    </w:p>
    <w:p w:rsidR="00CB7BC1" w:rsidRDefault="00D71AC6">
      <w:r>
        <w:t>OSNOVNA ŠKOLA STARI JANKOVCI</w:t>
      </w:r>
    </w:p>
    <w:p w:rsidR="00D71AC6" w:rsidRDefault="00D71AC6">
      <w:r>
        <w:t xml:space="preserve">STARI JANKOVCI </w:t>
      </w:r>
    </w:p>
    <w:p w:rsidR="00CB7BC1" w:rsidRDefault="00495A1E">
      <w:proofErr w:type="spellStart"/>
      <w:r>
        <w:t>Razdoblje</w:t>
      </w:r>
      <w:proofErr w:type="spellEnd"/>
      <w:r>
        <w:t xml:space="preserve">: </w:t>
      </w:r>
      <w:proofErr w:type="spellStart"/>
      <w:r>
        <w:t>Listopad</w:t>
      </w:r>
      <w:proofErr w:type="spellEnd"/>
      <w:r w:rsidR="00D71AC6">
        <w:t xml:space="preserve"> 2026.</w:t>
      </w:r>
    </w:p>
    <w:p w:rsidR="00D71AC6" w:rsidRDefault="00D71AC6"/>
    <w:p w:rsidR="00CB7BC1" w:rsidRDefault="00CF322C">
      <w:r>
        <w:rPr>
          <w:b/>
          <w:sz w:val="28"/>
        </w:rPr>
        <w:t>1. TJEDAN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00"/>
        <w:gridCol w:w="5530"/>
      </w:tblGrid>
      <w:tr w:rsidR="00D71AC6" w:rsidTr="00D71AC6">
        <w:trPr>
          <w:trHeight w:val="224"/>
        </w:trPr>
        <w:tc>
          <w:tcPr>
            <w:tcW w:w="2800" w:type="dxa"/>
          </w:tcPr>
          <w:p w:rsidR="00D71AC6" w:rsidRDefault="00D71AC6">
            <w:r>
              <w:t>Dan</w:t>
            </w:r>
          </w:p>
        </w:tc>
        <w:tc>
          <w:tcPr>
            <w:tcW w:w="5530" w:type="dxa"/>
          </w:tcPr>
          <w:p w:rsidR="00D71AC6" w:rsidRDefault="00D71AC6">
            <w:r>
              <w:t>Užina / Topli obrok</w:t>
            </w:r>
          </w:p>
        </w:tc>
      </w:tr>
      <w:tr w:rsidR="00D71AC6" w:rsidTr="00D71AC6">
        <w:trPr>
          <w:trHeight w:val="966"/>
        </w:trPr>
        <w:tc>
          <w:tcPr>
            <w:tcW w:w="2800" w:type="dxa"/>
          </w:tcPr>
          <w:p w:rsidR="00D71AC6" w:rsidRDefault="00D71AC6">
            <w:proofErr w:type="spellStart"/>
            <w:r>
              <w:t>Ponedjeljak</w:t>
            </w:r>
            <w:proofErr w:type="spellEnd"/>
          </w:p>
        </w:tc>
        <w:tc>
          <w:tcPr>
            <w:tcW w:w="5530" w:type="dxa"/>
          </w:tcPr>
          <w:p w:rsidR="00D71AC6" w:rsidRDefault="00495A1E">
            <w:r>
              <w:br/>
            </w:r>
            <w:proofErr w:type="spellStart"/>
            <w:r>
              <w:t>Kruh</w:t>
            </w:r>
            <w:proofErr w:type="spellEnd"/>
            <w:r>
              <w:t xml:space="preserve">, </w:t>
            </w:r>
            <w:proofErr w:type="spellStart"/>
            <w:r>
              <w:t>Pašteta</w:t>
            </w:r>
            <w:proofErr w:type="spellEnd"/>
            <w:r>
              <w:t xml:space="preserve">, </w:t>
            </w:r>
            <w:proofErr w:type="spellStart"/>
            <w:r>
              <w:t>Čaj</w:t>
            </w:r>
            <w:proofErr w:type="spellEnd"/>
            <w:r w:rsidR="00D71AC6">
              <w:br/>
            </w:r>
          </w:p>
        </w:tc>
      </w:tr>
      <w:tr w:rsidR="00D71AC6" w:rsidTr="00D71AC6">
        <w:trPr>
          <w:trHeight w:val="714"/>
        </w:trPr>
        <w:tc>
          <w:tcPr>
            <w:tcW w:w="2800" w:type="dxa"/>
          </w:tcPr>
          <w:p w:rsidR="00D71AC6" w:rsidRDefault="00D71AC6">
            <w:proofErr w:type="spellStart"/>
            <w:r>
              <w:t>Utorak</w:t>
            </w:r>
            <w:proofErr w:type="spellEnd"/>
          </w:p>
        </w:tc>
        <w:tc>
          <w:tcPr>
            <w:tcW w:w="5530" w:type="dxa"/>
          </w:tcPr>
          <w:p w:rsidR="00D71AC6" w:rsidRDefault="00495A1E">
            <w:r>
              <w:br/>
              <w:t xml:space="preserve">Nuggets, </w:t>
            </w:r>
            <w:proofErr w:type="spellStart"/>
            <w:r>
              <w:t>Rizi-bizi</w:t>
            </w:r>
            <w:proofErr w:type="spellEnd"/>
            <w:r>
              <w:t xml:space="preserve">, </w:t>
            </w:r>
            <w:proofErr w:type="spellStart"/>
            <w:r>
              <w:t>Cikla</w:t>
            </w:r>
            <w:proofErr w:type="spellEnd"/>
            <w:r w:rsidR="00D71AC6">
              <w:br/>
            </w:r>
          </w:p>
        </w:tc>
      </w:tr>
      <w:tr w:rsidR="00D71AC6" w:rsidTr="00D71AC6">
        <w:trPr>
          <w:trHeight w:val="966"/>
        </w:trPr>
        <w:tc>
          <w:tcPr>
            <w:tcW w:w="2800" w:type="dxa"/>
          </w:tcPr>
          <w:p w:rsidR="00D71AC6" w:rsidRDefault="00D71AC6">
            <w:proofErr w:type="spellStart"/>
            <w:r>
              <w:t>Srijeda</w:t>
            </w:r>
            <w:proofErr w:type="spellEnd"/>
          </w:p>
        </w:tc>
        <w:tc>
          <w:tcPr>
            <w:tcW w:w="5530" w:type="dxa"/>
          </w:tcPr>
          <w:p w:rsidR="00D71AC6" w:rsidRDefault="00D71AC6">
            <w:r>
              <w:br/>
            </w:r>
            <w:r w:rsidR="00495A1E">
              <w:t xml:space="preserve">Mesne </w:t>
            </w:r>
            <w:proofErr w:type="spellStart"/>
            <w:r w:rsidR="00495A1E">
              <w:t>okruglice</w:t>
            </w:r>
            <w:proofErr w:type="spellEnd"/>
            <w:r w:rsidR="00495A1E">
              <w:t xml:space="preserve">, Pire </w:t>
            </w:r>
            <w:proofErr w:type="spellStart"/>
            <w:r w:rsidR="00495A1E">
              <w:t>krumpir</w:t>
            </w:r>
            <w:proofErr w:type="spellEnd"/>
            <w:r>
              <w:br/>
            </w:r>
          </w:p>
        </w:tc>
      </w:tr>
      <w:tr w:rsidR="00D71AC6" w:rsidTr="00D71AC6">
        <w:trPr>
          <w:trHeight w:val="952"/>
        </w:trPr>
        <w:tc>
          <w:tcPr>
            <w:tcW w:w="2800" w:type="dxa"/>
          </w:tcPr>
          <w:p w:rsidR="00D71AC6" w:rsidRDefault="00D71AC6">
            <w:proofErr w:type="spellStart"/>
            <w:r>
              <w:t>Četvrtak</w:t>
            </w:r>
            <w:proofErr w:type="spellEnd"/>
          </w:p>
        </w:tc>
        <w:tc>
          <w:tcPr>
            <w:tcW w:w="5530" w:type="dxa"/>
          </w:tcPr>
          <w:p w:rsidR="00D71AC6" w:rsidRDefault="00495A1E">
            <w:proofErr w:type="spellStart"/>
            <w:r>
              <w:t>Grašak</w:t>
            </w:r>
            <w:proofErr w:type="spellEnd"/>
            <w:r>
              <w:t xml:space="preserve"> s </w:t>
            </w:r>
            <w:proofErr w:type="spellStart"/>
            <w:r>
              <w:t>pilećim</w:t>
            </w:r>
            <w:proofErr w:type="spellEnd"/>
            <w:r>
              <w:t xml:space="preserve"> </w:t>
            </w:r>
            <w:proofErr w:type="spellStart"/>
            <w:r>
              <w:t>bijelim</w:t>
            </w:r>
            <w:proofErr w:type="spellEnd"/>
            <w:r>
              <w:t xml:space="preserve"> </w:t>
            </w:r>
            <w:proofErr w:type="spellStart"/>
            <w:r>
              <w:t>mesom</w:t>
            </w:r>
            <w:proofErr w:type="spellEnd"/>
            <w:r w:rsidR="00D71AC6">
              <w:br/>
            </w:r>
            <w:r w:rsidR="00D71AC6">
              <w:br/>
            </w:r>
          </w:p>
        </w:tc>
      </w:tr>
      <w:tr w:rsidR="00D71AC6" w:rsidTr="00D71AC6">
        <w:trPr>
          <w:trHeight w:val="70"/>
        </w:trPr>
        <w:tc>
          <w:tcPr>
            <w:tcW w:w="2800" w:type="dxa"/>
          </w:tcPr>
          <w:p w:rsidR="00D71AC6" w:rsidRDefault="00D71AC6">
            <w:proofErr w:type="spellStart"/>
            <w:r>
              <w:t>Petak</w:t>
            </w:r>
            <w:proofErr w:type="spellEnd"/>
          </w:p>
        </w:tc>
        <w:tc>
          <w:tcPr>
            <w:tcW w:w="5530" w:type="dxa"/>
          </w:tcPr>
          <w:p w:rsidR="00D71AC6" w:rsidRDefault="00495A1E">
            <w:r>
              <w:br/>
            </w:r>
            <w:proofErr w:type="spellStart"/>
            <w:r>
              <w:t>Burek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Jogurt</w:t>
            </w:r>
            <w:proofErr w:type="spellEnd"/>
            <w:r>
              <w:t xml:space="preserve"> </w:t>
            </w:r>
            <w:r w:rsidR="00D71AC6">
              <w:br/>
            </w:r>
          </w:p>
        </w:tc>
      </w:tr>
    </w:tbl>
    <w:p w:rsidR="00CB7BC1" w:rsidRDefault="00CB7BC1"/>
    <w:p w:rsidR="00CB7BC1" w:rsidRDefault="00CF322C">
      <w:r>
        <w:rPr>
          <w:b/>
          <w:sz w:val="28"/>
        </w:rPr>
        <w:t>2. TJEDAN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D71AC6" w:rsidTr="00D71AC6">
        <w:tc>
          <w:tcPr>
            <w:tcW w:w="2802" w:type="dxa"/>
          </w:tcPr>
          <w:p w:rsidR="00D71AC6" w:rsidRDefault="00D71AC6">
            <w:r>
              <w:t>Dan</w:t>
            </w:r>
          </w:p>
        </w:tc>
        <w:tc>
          <w:tcPr>
            <w:tcW w:w="5528" w:type="dxa"/>
          </w:tcPr>
          <w:p w:rsidR="00D71AC6" w:rsidRDefault="00D71AC6">
            <w:r>
              <w:t>Užina / Topli obrok</w:t>
            </w:r>
          </w:p>
        </w:tc>
      </w:tr>
      <w:tr w:rsidR="00D71AC6" w:rsidTr="00D71AC6">
        <w:tc>
          <w:tcPr>
            <w:tcW w:w="2802" w:type="dxa"/>
          </w:tcPr>
          <w:p w:rsidR="00D71AC6" w:rsidRDefault="00D71AC6">
            <w:proofErr w:type="spellStart"/>
            <w:r>
              <w:t>Ponedjeljak</w:t>
            </w:r>
            <w:proofErr w:type="spellEnd"/>
          </w:p>
        </w:tc>
        <w:tc>
          <w:tcPr>
            <w:tcW w:w="5528" w:type="dxa"/>
          </w:tcPr>
          <w:p w:rsidR="00D71AC6" w:rsidRDefault="00495A1E">
            <w:r>
              <w:br/>
            </w:r>
            <w:proofErr w:type="spellStart"/>
            <w:r>
              <w:t>Paprikaš</w:t>
            </w:r>
            <w:proofErr w:type="spellEnd"/>
            <w:r>
              <w:t xml:space="preserve">, </w:t>
            </w:r>
            <w:proofErr w:type="spellStart"/>
            <w:r>
              <w:t>Kiseli</w:t>
            </w:r>
            <w:proofErr w:type="spellEnd"/>
            <w:r>
              <w:t xml:space="preserve"> </w:t>
            </w:r>
            <w:proofErr w:type="spellStart"/>
            <w:r>
              <w:t>krastavci</w:t>
            </w:r>
            <w:proofErr w:type="spellEnd"/>
            <w:r>
              <w:t xml:space="preserve"> </w:t>
            </w:r>
            <w:r w:rsidR="00D71AC6">
              <w:br/>
            </w:r>
          </w:p>
        </w:tc>
      </w:tr>
      <w:tr w:rsidR="00D71AC6" w:rsidTr="00D71AC6">
        <w:tc>
          <w:tcPr>
            <w:tcW w:w="2802" w:type="dxa"/>
          </w:tcPr>
          <w:p w:rsidR="00D71AC6" w:rsidRDefault="00D71AC6">
            <w:r>
              <w:t>Utorak</w:t>
            </w:r>
          </w:p>
        </w:tc>
        <w:tc>
          <w:tcPr>
            <w:tcW w:w="5528" w:type="dxa"/>
          </w:tcPr>
          <w:p w:rsidR="00D71AC6" w:rsidRDefault="00495A1E">
            <w:r>
              <w:br/>
            </w:r>
            <w:proofErr w:type="spellStart"/>
            <w:r>
              <w:t>Meso</w:t>
            </w:r>
            <w:proofErr w:type="spellEnd"/>
            <w:r>
              <w:t xml:space="preserve"> u </w:t>
            </w:r>
            <w:proofErr w:type="spellStart"/>
            <w:r>
              <w:t>umaku</w:t>
            </w:r>
            <w:proofErr w:type="spellEnd"/>
            <w:r>
              <w:t xml:space="preserve">, </w:t>
            </w:r>
            <w:proofErr w:type="spellStart"/>
            <w:r>
              <w:t>Njoki</w:t>
            </w:r>
            <w:proofErr w:type="spellEnd"/>
            <w:r>
              <w:t xml:space="preserve">, </w:t>
            </w:r>
            <w:proofErr w:type="spellStart"/>
            <w:r>
              <w:t>Cikla</w:t>
            </w:r>
            <w:proofErr w:type="spellEnd"/>
            <w:r w:rsidR="00D71AC6">
              <w:br/>
            </w:r>
          </w:p>
        </w:tc>
      </w:tr>
      <w:tr w:rsidR="00D71AC6" w:rsidTr="00D71AC6">
        <w:tc>
          <w:tcPr>
            <w:tcW w:w="2802" w:type="dxa"/>
          </w:tcPr>
          <w:p w:rsidR="00D71AC6" w:rsidRDefault="00D71AC6">
            <w:proofErr w:type="spellStart"/>
            <w:r>
              <w:t>Srijeda</w:t>
            </w:r>
            <w:proofErr w:type="spellEnd"/>
          </w:p>
        </w:tc>
        <w:tc>
          <w:tcPr>
            <w:tcW w:w="5528" w:type="dxa"/>
          </w:tcPr>
          <w:p w:rsidR="00D71AC6" w:rsidRDefault="00495A1E">
            <w:r>
              <w:br/>
            </w:r>
            <w:proofErr w:type="spellStart"/>
            <w:r>
              <w:t>Grah</w:t>
            </w:r>
            <w:proofErr w:type="spellEnd"/>
            <w:r w:rsidR="00D71AC6">
              <w:br/>
            </w:r>
          </w:p>
        </w:tc>
      </w:tr>
      <w:tr w:rsidR="00D71AC6" w:rsidTr="00D71AC6">
        <w:tc>
          <w:tcPr>
            <w:tcW w:w="2802" w:type="dxa"/>
          </w:tcPr>
          <w:p w:rsidR="00D71AC6" w:rsidRDefault="00D71AC6">
            <w:r>
              <w:t>Četvrtak</w:t>
            </w:r>
          </w:p>
        </w:tc>
        <w:tc>
          <w:tcPr>
            <w:tcW w:w="5528" w:type="dxa"/>
          </w:tcPr>
          <w:p w:rsidR="00D71AC6" w:rsidRDefault="00495A1E">
            <w:r>
              <w:br/>
            </w:r>
            <w:proofErr w:type="spellStart"/>
            <w:r>
              <w:t>Školska</w:t>
            </w:r>
            <w:proofErr w:type="spellEnd"/>
            <w:r>
              <w:t xml:space="preserve"> pizza</w:t>
            </w:r>
            <w:r w:rsidR="00D71AC6">
              <w:br/>
            </w:r>
          </w:p>
        </w:tc>
      </w:tr>
      <w:tr w:rsidR="00D71AC6" w:rsidTr="00D71AC6">
        <w:tc>
          <w:tcPr>
            <w:tcW w:w="2802" w:type="dxa"/>
          </w:tcPr>
          <w:p w:rsidR="00D71AC6" w:rsidRDefault="00D71AC6">
            <w:proofErr w:type="spellStart"/>
            <w:r>
              <w:t>Petak</w:t>
            </w:r>
            <w:proofErr w:type="spellEnd"/>
          </w:p>
        </w:tc>
        <w:tc>
          <w:tcPr>
            <w:tcW w:w="5528" w:type="dxa"/>
          </w:tcPr>
          <w:p w:rsidR="00D71AC6" w:rsidRDefault="00495A1E">
            <w:r>
              <w:br/>
            </w:r>
            <w:proofErr w:type="spellStart"/>
            <w:r>
              <w:t>Riblje</w:t>
            </w:r>
            <w:proofErr w:type="spellEnd"/>
            <w:r>
              <w:t xml:space="preserve"> </w:t>
            </w:r>
            <w:proofErr w:type="spellStart"/>
            <w:r>
              <w:t>okruglice</w:t>
            </w:r>
            <w:proofErr w:type="spellEnd"/>
            <w:r>
              <w:t xml:space="preserve">, </w:t>
            </w:r>
            <w:proofErr w:type="spellStart"/>
            <w:r>
              <w:t>Špinat-krumpir</w:t>
            </w:r>
            <w:proofErr w:type="spellEnd"/>
            <w:r>
              <w:t xml:space="preserve"> </w:t>
            </w:r>
            <w:r w:rsidR="00D71AC6">
              <w:br/>
            </w:r>
          </w:p>
        </w:tc>
      </w:tr>
    </w:tbl>
    <w:p w:rsidR="00CB7BC1" w:rsidRDefault="00CB7BC1"/>
    <w:p w:rsidR="00CB7BC1" w:rsidRDefault="00CF322C">
      <w:r>
        <w:br w:type="page"/>
      </w:r>
      <w:r>
        <w:rPr>
          <w:b/>
          <w:sz w:val="28"/>
        </w:rPr>
        <w:lastRenderedPageBreak/>
        <w:t>3. TJEDAN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02"/>
        <w:gridCol w:w="5811"/>
      </w:tblGrid>
      <w:tr w:rsidR="00D71AC6" w:rsidTr="00D71AC6">
        <w:tc>
          <w:tcPr>
            <w:tcW w:w="2802" w:type="dxa"/>
          </w:tcPr>
          <w:p w:rsidR="00D71AC6" w:rsidRDefault="00D71AC6">
            <w:r>
              <w:t>Dan</w:t>
            </w:r>
          </w:p>
        </w:tc>
        <w:tc>
          <w:tcPr>
            <w:tcW w:w="5811" w:type="dxa"/>
          </w:tcPr>
          <w:p w:rsidR="00D71AC6" w:rsidRDefault="00D71AC6">
            <w:proofErr w:type="spellStart"/>
            <w:r>
              <w:t>Užina</w:t>
            </w:r>
            <w:proofErr w:type="spellEnd"/>
            <w:r>
              <w:t xml:space="preserve"> / </w:t>
            </w:r>
            <w:proofErr w:type="spellStart"/>
            <w:r>
              <w:t>Topli</w:t>
            </w:r>
            <w:proofErr w:type="spellEnd"/>
            <w:r>
              <w:t xml:space="preserve"> </w:t>
            </w:r>
            <w:proofErr w:type="spellStart"/>
            <w:r>
              <w:t>obrok</w:t>
            </w:r>
            <w:proofErr w:type="spellEnd"/>
          </w:p>
        </w:tc>
      </w:tr>
      <w:tr w:rsidR="00D71AC6" w:rsidTr="00D71AC6">
        <w:tc>
          <w:tcPr>
            <w:tcW w:w="2802" w:type="dxa"/>
          </w:tcPr>
          <w:p w:rsidR="00D71AC6" w:rsidRDefault="00D71AC6">
            <w:proofErr w:type="spellStart"/>
            <w:r>
              <w:t>Ponedjeljak</w:t>
            </w:r>
            <w:proofErr w:type="spellEnd"/>
          </w:p>
        </w:tc>
        <w:tc>
          <w:tcPr>
            <w:tcW w:w="5811" w:type="dxa"/>
          </w:tcPr>
          <w:p w:rsidR="00D71AC6" w:rsidRDefault="00495A1E">
            <w:r>
              <w:br/>
            </w:r>
            <w:proofErr w:type="spellStart"/>
            <w:r>
              <w:t>Piletina</w:t>
            </w:r>
            <w:proofErr w:type="spellEnd"/>
            <w:r>
              <w:t xml:space="preserve">, </w:t>
            </w:r>
            <w:proofErr w:type="spellStart"/>
            <w:r>
              <w:t>Mlinci</w:t>
            </w:r>
            <w:proofErr w:type="spellEnd"/>
            <w:r>
              <w:t xml:space="preserve">, </w:t>
            </w:r>
            <w:proofErr w:type="spellStart"/>
            <w:r>
              <w:t>Cikla</w:t>
            </w:r>
            <w:proofErr w:type="spellEnd"/>
          </w:p>
          <w:p w:rsidR="00D71AC6" w:rsidRDefault="00D71AC6"/>
        </w:tc>
      </w:tr>
      <w:tr w:rsidR="00D71AC6" w:rsidTr="00D71AC6">
        <w:tc>
          <w:tcPr>
            <w:tcW w:w="2802" w:type="dxa"/>
          </w:tcPr>
          <w:p w:rsidR="00D71AC6" w:rsidRDefault="00D71AC6">
            <w:r>
              <w:t>Utorak</w:t>
            </w:r>
          </w:p>
        </w:tc>
        <w:tc>
          <w:tcPr>
            <w:tcW w:w="5811" w:type="dxa"/>
          </w:tcPr>
          <w:p w:rsidR="00D71AC6" w:rsidRDefault="00495A1E">
            <w:r>
              <w:br/>
            </w:r>
            <w:proofErr w:type="spellStart"/>
            <w:r>
              <w:t>Fino</w:t>
            </w:r>
            <w:proofErr w:type="spellEnd"/>
            <w:r>
              <w:t xml:space="preserve"> </w:t>
            </w:r>
            <w:proofErr w:type="spellStart"/>
            <w:r>
              <w:t>varivo</w:t>
            </w:r>
            <w:proofErr w:type="spellEnd"/>
            <w:r>
              <w:t xml:space="preserve"> </w:t>
            </w:r>
            <w:r w:rsidR="00D71AC6">
              <w:br/>
            </w:r>
          </w:p>
        </w:tc>
      </w:tr>
      <w:tr w:rsidR="00D71AC6" w:rsidTr="00D71AC6">
        <w:tc>
          <w:tcPr>
            <w:tcW w:w="2802" w:type="dxa"/>
          </w:tcPr>
          <w:p w:rsidR="00D71AC6" w:rsidRDefault="00D71AC6">
            <w:proofErr w:type="spellStart"/>
            <w:r>
              <w:t>Srijeda</w:t>
            </w:r>
            <w:proofErr w:type="spellEnd"/>
          </w:p>
        </w:tc>
        <w:tc>
          <w:tcPr>
            <w:tcW w:w="5811" w:type="dxa"/>
          </w:tcPr>
          <w:p w:rsidR="00D71AC6" w:rsidRDefault="00495A1E">
            <w:r>
              <w:br/>
            </w:r>
            <w:proofErr w:type="spellStart"/>
            <w:r>
              <w:t>Gulaš</w:t>
            </w:r>
            <w:proofErr w:type="spellEnd"/>
            <w:r>
              <w:t xml:space="preserve">, </w:t>
            </w:r>
            <w:proofErr w:type="spellStart"/>
            <w:r>
              <w:t>Palenta</w:t>
            </w:r>
            <w:proofErr w:type="spellEnd"/>
            <w:r>
              <w:t xml:space="preserve"> </w:t>
            </w:r>
            <w:r w:rsidR="00D71AC6">
              <w:br/>
            </w:r>
          </w:p>
        </w:tc>
      </w:tr>
      <w:tr w:rsidR="00D71AC6" w:rsidTr="00D71AC6">
        <w:tc>
          <w:tcPr>
            <w:tcW w:w="2802" w:type="dxa"/>
          </w:tcPr>
          <w:p w:rsidR="00D71AC6" w:rsidRDefault="00D71AC6">
            <w:r>
              <w:t>Četvrtak</w:t>
            </w:r>
          </w:p>
        </w:tc>
        <w:tc>
          <w:tcPr>
            <w:tcW w:w="5811" w:type="dxa"/>
          </w:tcPr>
          <w:p w:rsidR="00D71AC6" w:rsidRDefault="00495A1E">
            <w:r>
              <w:br/>
            </w:r>
            <w:proofErr w:type="spellStart"/>
            <w:r>
              <w:t>Namaz</w:t>
            </w:r>
            <w:proofErr w:type="spellEnd"/>
            <w:r>
              <w:t xml:space="preserve"> od </w:t>
            </w:r>
            <w:proofErr w:type="spellStart"/>
            <w:r>
              <w:t>svježeg</w:t>
            </w:r>
            <w:proofErr w:type="spellEnd"/>
            <w:r>
              <w:t xml:space="preserve"> </w:t>
            </w:r>
            <w:proofErr w:type="spellStart"/>
            <w:r>
              <w:t>sira</w:t>
            </w:r>
            <w:proofErr w:type="spellEnd"/>
            <w:r>
              <w:t xml:space="preserve">, </w:t>
            </w:r>
            <w:proofErr w:type="spellStart"/>
            <w:r>
              <w:t>Salama</w:t>
            </w:r>
            <w:proofErr w:type="spellEnd"/>
            <w:r>
              <w:t xml:space="preserve">, </w:t>
            </w:r>
            <w:proofErr w:type="spellStart"/>
            <w:r>
              <w:t>Napitak</w:t>
            </w:r>
            <w:proofErr w:type="spellEnd"/>
            <w:r>
              <w:t xml:space="preserve"> </w:t>
            </w:r>
            <w:r w:rsidR="00D71AC6">
              <w:br/>
            </w:r>
          </w:p>
        </w:tc>
      </w:tr>
      <w:tr w:rsidR="00D71AC6" w:rsidTr="00D71AC6">
        <w:tc>
          <w:tcPr>
            <w:tcW w:w="2802" w:type="dxa"/>
          </w:tcPr>
          <w:p w:rsidR="00D71AC6" w:rsidRDefault="00D71AC6">
            <w:proofErr w:type="spellStart"/>
            <w:r>
              <w:t>Petak</w:t>
            </w:r>
            <w:proofErr w:type="spellEnd"/>
          </w:p>
        </w:tc>
        <w:tc>
          <w:tcPr>
            <w:tcW w:w="5811" w:type="dxa"/>
          </w:tcPr>
          <w:p w:rsidR="00D71AC6" w:rsidRDefault="00495A1E">
            <w:r>
              <w:br/>
            </w:r>
            <w:proofErr w:type="spellStart"/>
            <w:r>
              <w:t>Flekice</w:t>
            </w:r>
            <w:proofErr w:type="spellEnd"/>
            <w:r>
              <w:t xml:space="preserve"> s </w:t>
            </w:r>
            <w:proofErr w:type="spellStart"/>
            <w:r>
              <w:t>kupusom</w:t>
            </w:r>
            <w:proofErr w:type="spellEnd"/>
            <w:r>
              <w:t xml:space="preserve"> </w:t>
            </w:r>
            <w:r w:rsidR="00D71AC6">
              <w:br/>
            </w:r>
          </w:p>
        </w:tc>
      </w:tr>
    </w:tbl>
    <w:p w:rsidR="00CB7BC1" w:rsidRDefault="00CB7BC1"/>
    <w:p w:rsidR="00CB7BC1" w:rsidRDefault="00CF322C">
      <w:r>
        <w:rPr>
          <w:b/>
          <w:sz w:val="28"/>
        </w:rPr>
        <w:t>4. TJEDAN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02"/>
        <w:gridCol w:w="5811"/>
      </w:tblGrid>
      <w:tr w:rsidR="00D71AC6" w:rsidTr="00D71AC6">
        <w:tc>
          <w:tcPr>
            <w:tcW w:w="2802" w:type="dxa"/>
          </w:tcPr>
          <w:p w:rsidR="00D71AC6" w:rsidRDefault="00D71AC6">
            <w:r>
              <w:t>Dan</w:t>
            </w:r>
          </w:p>
        </w:tc>
        <w:tc>
          <w:tcPr>
            <w:tcW w:w="5811" w:type="dxa"/>
          </w:tcPr>
          <w:p w:rsidR="00D71AC6" w:rsidRDefault="00D71AC6">
            <w:r>
              <w:t>Užina / Topli obrok</w:t>
            </w:r>
          </w:p>
        </w:tc>
      </w:tr>
      <w:tr w:rsidR="00D71AC6" w:rsidTr="00D71AC6">
        <w:tc>
          <w:tcPr>
            <w:tcW w:w="2802" w:type="dxa"/>
          </w:tcPr>
          <w:p w:rsidR="00D71AC6" w:rsidRDefault="00D71AC6">
            <w:proofErr w:type="spellStart"/>
            <w:r>
              <w:t>Ponedjeljak</w:t>
            </w:r>
            <w:proofErr w:type="spellEnd"/>
          </w:p>
        </w:tc>
        <w:tc>
          <w:tcPr>
            <w:tcW w:w="5811" w:type="dxa"/>
          </w:tcPr>
          <w:p w:rsidR="00D71AC6" w:rsidRDefault="00495A1E">
            <w:r>
              <w:br/>
            </w:r>
            <w:proofErr w:type="spellStart"/>
            <w:r>
              <w:t>Hrenovke</w:t>
            </w:r>
            <w:proofErr w:type="spellEnd"/>
            <w:r>
              <w:t xml:space="preserve">, </w:t>
            </w:r>
            <w:proofErr w:type="spellStart"/>
            <w:r>
              <w:t>Kečap</w:t>
            </w:r>
            <w:proofErr w:type="spellEnd"/>
            <w:r>
              <w:t xml:space="preserve">, </w:t>
            </w:r>
            <w:proofErr w:type="spellStart"/>
            <w:r>
              <w:t>Napitak</w:t>
            </w:r>
            <w:proofErr w:type="spellEnd"/>
            <w:r>
              <w:t xml:space="preserve"> </w:t>
            </w:r>
            <w:r w:rsidR="00D71AC6">
              <w:br/>
            </w:r>
          </w:p>
        </w:tc>
      </w:tr>
      <w:tr w:rsidR="00D71AC6" w:rsidTr="00D71AC6">
        <w:tc>
          <w:tcPr>
            <w:tcW w:w="2802" w:type="dxa"/>
          </w:tcPr>
          <w:p w:rsidR="00D71AC6" w:rsidRDefault="00D71AC6">
            <w:r>
              <w:t>Utorak</w:t>
            </w:r>
          </w:p>
        </w:tc>
        <w:tc>
          <w:tcPr>
            <w:tcW w:w="5811" w:type="dxa"/>
          </w:tcPr>
          <w:p w:rsidR="00D71AC6" w:rsidRDefault="00495A1E">
            <w:r>
              <w:br/>
            </w:r>
            <w:proofErr w:type="spellStart"/>
            <w:r>
              <w:t>Piletina</w:t>
            </w:r>
            <w:proofErr w:type="spellEnd"/>
            <w:r>
              <w:t xml:space="preserve"> u </w:t>
            </w:r>
            <w:proofErr w:type="spellStart"/>
            <w:r>
              <w:t>crvenom</w:t>
            </w:r>
            <w:proofErr w:type="spellEnd"/>
            <w:r>
              <w:t xml:space="preserve"> </w:t>
            </w:r>
            <w:proofErr w:type="spellStart"/>
            <w:r>
              <w:t>umaku</w:t>
            </w:r>
            <w:proofErr w:type="spellEnd"/>
            <w:r>
              <w:t xml:space="preserve">, </w:t>
            </w:r>
            <w:proofErr w:type="spellStart"/>
            <w:r>
              <w:t>Mašnice</w:t>
            </w:r>
            <w:proofErr w:type="spellEnd"/>
            <w:r>
              <w:t xml:space="preserve">, </w:t>
            </w:r>
            <w:proofErr w:type="spellStart"/>
            <w:r>
              <w:t>Cikla</w:t>
            </w:r>
            <w:proofErr w:type="spellEnd"/>
            <w:r w:rsidR="00D71AC6">
              <w:br/>
            </w:r>
          </w:p>
        </w:tc>
      </w:tr>
      <w:tr w:rsidR="00D71AC6" w:rsidTr="00D71AC6">
        <w:tc>
          <w:tcPr>
            <w:tcW w:w="2802" w:type="dxa"/>
          </w:tcPr>
          <w:p w:rsidR="00D71AC6" w:rsidRDefault="00D71AC6">
            <w:proofErr w:type="spellStart"/>
            <w:r>
              <w:t>Srijeda</w:t>
            </w:r>
            <w:proofErr w:type="spellEnd"/>
          </w:p>
        </w:tc>
        <w:tc>
          <w:tcPr>
            <w:tcW w:w="5811" w:type="dxa"/>
          </w:tcPr>
          <w:p w:rsidR="00495A1E" w:rsidRDefault="00495A1E"/>
          <w:p w:rsidR="00D71AC6" w:rsidRDefault="00495A1E">
            <w:r>
              <w:t xml:space="preserve">Hamburger </w:t>
            </w:r>
            <w:r w:rsidR="00D71AC6">
              <w:br/>
            </w:r>
          </w:p>
        </w:tc>
      </w:tr>
      <w:tr w:rsidR="00D71AC6" w:rsidTr="00D71AC6">
        <w:tc>
          <w:tcPr>
            <w:tcW w:w="2802" w:type="dxa"/>
          </w:tcPr>
          <w:p w:rsidR="00D71AC6" w:rsidRDefault="00D71AC6">
            <w:r>
              <w:t>Četvrtak</w:t>
            </w:r>
          </w:p>
        </w:tc>
        <w:tc>
          <w:tcPr>
            <w:tcW w:w="5811" w:type="dxa"/>
          </w:tcPr>
          <w:p w:rsidR="00D71AC6" w:rsidRDefault="00495A1E">
            <w:r>
              <w:br/>
            </w:r>
            <w:proofErr w:type="spellStart"/>
            <w:r>
              <w:t>Rižoto</w:t>
            </w:r>
            <w:proofErr w:type="spellEnd"/>
            <w:r>
              <w:t xml:space="preserve">, </w:t>
            </w:r>
            <w:proofErr w:type="spellStart"/>
            <w:r>
              <w:t>Cikla</w:t>
            </w:r>
            <w:proofErr w:type="spellEnd"/>
            <w:r>
              <w:t xml:space="preserve"> </w:t>
            </w:r>
            <w:r w:rsidR="00D71AC6">
              <w:br/>
            </w:r>
          </w:p>
        </w:tc>
      </w:tr>
      <w:tr w:rsidR="00D71AC6" w:rsidTr="00D71AC6">
        <w:tc>
          <w:tcPr>
            <w:tcW w:w="2802" w:type="dxa"/>
          </w:tcPr>
          <w:p w:rsidR="00D71AC6" w:rsidRDefault="00D71AC6">
            <w:proofErr w:type="spellStart"/>
            <w:r>
              <w:t>Petak</w:t>
            </w:r>
            <w:proofErr w:type="spellEnd"/>
          </w:p>
        </w:tc>
        <w:tc>
          <w:tcPr>
            <w:tcW w:w="5811" w:type="dxa"/>
          </w:tcPr>
          <w:p w:rsidR="00495A1E" w:rsidRDefault="00495A1E"/>
          <w:p w:rsidR="00D71AC6" w:rsidRDefault="00495A1E">
            <w:proofErr w:type="spellStart"/>
            <w:r>
              <w:t>Riblji</w:t>
            </w:r>
            <w:proofErr w:type="spellEnd"/>
            <w:r>
              <w:t xml:space="preserve"> </w:t>
            </w:r>
            <w:proofErr w:type="spellStart"/>
            <w:r>
              <w:t>štapići</w:t>
            </w:r>
            <w:proofErr w:type="spellEnd"/>
            <w:r>
              <w:t xml:space="preserve">, </w:t>
            </w:r>
            <w:proofErr w:type="spellStart"/>
            <w:r>
              <w:t>Restani</w:t>
            </w:r>
            <w:proofErr w:type="spellEnd"/>
            <w:r>
              <w:t xml:space="preserve"> </w:t>
            </w:r>
            <w:proofErr w:type="spellStart"/>
            <w:r>
              <w:t>krumpir</w:t>
            </w:r>
            <w:proofErr w:type="spellEnd"/>
            <w:r>
              <w:t xml:space="preserve"> </w:t>
            </w:r>
            <w:r w:rsidR="00D71AC6">
              <w:br/>
            </w:r>
          </w:p>
        </w:tc>
      </w:tr>
    </w:tbl>
    <w:p w:rsidR="00CB7BC1" w:rsidRDefault="00CB7BC1"/>
    <w:p w:rsidR="00AD5E8E" w:rsidRDefault="00AD5E8E" w:rsidP="00AD5E8E">
      <w:r>
        <w:t xml:space="preserve">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Pravilnikom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kuhinje</w:t>
      </w:r>
      <w:proofErr w:type="spellEnd"/>
      <w:r>
        <w:t xml:space="preserve"> </w:t>
      </w:r>
      <w:proofErr w:type="spellStart"/>
      <w:r>
        <w:t>izmjena</w:t>
      </w:r>
      <w:proofErr w:type="spellEnd"/>
      <w:r>
        <w:t xml:space="preserve"> </w:t>
      </w:r>
      <w:proofErr w:type="spellStart"/>
      <w:r>
        <w:t>Jelovnika</w:t>
      </w:r>
      <w:proofErr w:type="spellEnd"/>
      <w:r>
        <w:t xml:space="preserve"> </w:t>
      </w:r>
      <w:proofErr w:type="spellStart"/>
      <w:r>
        <w:t>moguća</w:t>
      </w:r>
      <w:proofErr w:type="spellEnd"/>
      <w:r>
        <w:t xml:space="preserve"> je u </w:t>
      </w:r>
      <w:proofErr w:type="spellStart"/>
      <w:r>
        <w:t>opravdanom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. </w:t>
      </w:r>
    </w:p>
    <w:p w:rsidR="00AD5E8E" w:rsidRPr="005C5081" w:rsidRDefault="00AD5E8E" w:rsidP="00AD5E8E">
      <w:pPr>
        <w:spacing w:after="0" w:line="300" w:lineRule="atLeast"/>
        <w:rPr>
          <w:rFonts w:ascii="Times New Roman" w:eastAsia="Times New Roman" w:hAnsi="Times New Roman" w:cs="Times New Roman"/>
          <w:lang w:val="hr-HR" w:eastAsia="hr-HR"/>
        </w:rPr>
      </w:pPr>
      <w:r w:rsidRPr="005C5081">
        <w:rPr>
          <w:rFonts w:ascii="Times New Roman" w:eastAsia="Times New Roman" w:hAnsi="Times New Roman" w:cs="Times New Roman"/>
          <w:lang w:val="hr-HR" w:eastAsia="hr-HR"/>
        </w:rPr>
        <w:t>Zahvaljujemo roditeljima učenika na razumijevanju u slučaju opravdanih promjena jelovnika u školskoj kuhinji.</w:t>
      </w:r>
    </w:p>
    <w:p w:rsidR="00CB7BC1" w:rsidRDefault="00CB7BC1" w:rsidP="00AD5E8E">
      <w:bookmarkStart w:id="0" w:name="_GoBack"/>
      <w:bookmarkEnd w:id="0"/>
    </w:p>
    <w:sectPr w:rsidR="00CB7BC1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5A1E"/>
    <w:rsid w:val="00AA1D8D"/>
    <w:rsid w:val="00AD5E8E"/>
    <w:rsid w:val="00B47730"/>
    <w:rsid w:val="00C133B3"/>
    <w:rsid w:val="00CB0664"/>
    <w:rsid w:val="00CB7BC1"/>
    <w:rsid w:val="00CF322C"/>
    <w:rsid w:val="00D71A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737CC9A-B181-4F36-B185-0CFF47AC0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D71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71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A7B192-2F69-470E-AD8B-5D6EBFDF8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Štivić</dc:creator>
  <cp:keywords/>
  <dc:description>generated by python-docx</dc:description>
  <cp:lastModifiedBy>Korisnik</cp:lastModifiedBy>
  <cp:revision>2</cp:revision>
  <cp:lastPrinted>2026-10-05T07:42:00Z</cp:lastPrinted>
  <dcterms:created xsi:type="dcterms:W3CDTF">2026-10-05T07:42:00Z</dcterms:created>
  <dcterms:modified xsi:type="dcterms:W3CDTF">2026-10-05T07:42:00Z</dcterms:modified>
  <cp:category/>
</cp:coreProperties>
</file>