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7BC1" w:rsidRDefault="00D71AC6">
      <w:pPr>
        <w:jc w:val="center"/>
      </w:pPr>
      <w:r>
        <w:rPr>
          <w:b/>
          <w:sz w:val="32"/>
        </w:rPr>
        <w:t>ČETVEROTJEDNI JELOVNIK</w:t>
      </w:r>
    </w:p>
    <w:p w:rsidR="00CB7BC1" w:rsidRDefault="00D71AC6">
      <w:r>
        <w:t>OSNOVNA ŠKOLA STARI JANKOVCI</w:t>
      </w:r>
    </w:p>
    <w:p w:rsidR="00D71AC6" w:rsidRDefault="00D71AC6">
      <w:r>
        <w:t xml:space="preserve">STARI JANKOVCI </w:t>
      </w:r>
    </w:p>
    <w:p w:rsidR="00CB7BC1" w:rsidRDefault="00D71AC6">
      <w:proofErr w:type="spellStart"/>
      <w:r>
        <w:t>Razdoblje</w:t>
      </w:r>
      <w:proofErr w:type="spellEnd"/>
      <w:r>
        <w:t xml:space="preserve">: </w:t>
      </w:r>
      <w:proofErr w:type="spellStart"/>
      <w:r>
        <w:t>Rujan</w:t>
      </w:r>
      <w:proofErr w:type="spellEnd"/>
      <w:r>
        <w:t xml:space="preserve"> 2026.</w:t>
      </w:r>
    </w:p>
    <w:p w:rsidR="00D71AC6" w:rsidRDefault="00D71AC6"/>
    <w:p w:rsidR="00CB7BC1" w:rsidRDefault="00CF322C">
      <w:r>
        <w:rPr>
          <w:b/>
          <w:sz w:val="28"/>
        </w:rPr>
        <w:t>1. TJEDAN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0"/>
        <w:gridCol w:w="5530"/>
      </w:tblGrid>
      <w:tr w:rsidR="00D71AC6" w:rsidTr="00D71AC6">
        <w:trPr>
          <w:trHeight w:val="224"/>
        </w:trPr>
        <w:tc>
          <w:tcPr>
            <w:tcW w:w="2800" w:type="dxa"/>
          </w:tcPr>
          <w:p w:rsidR="00D71AC6" w:rsidRDefault="00D71AC6">
            <w:r>
              <w:t>Dan</w:t>
            </w:r>
          </w:p>
        </w:tc>
        <w:tc>
          <w:tcPr>
            <w:tcW w:w="5530" w:type="dxa"/>
          </w:tcPr>
          <w:p w:rsidR="00D71AC6" w:rsidRDefault="00D71AC6">
            <w:r>
              <w:t>Užina / Topli obrok</w:t>
            </w:r>
          </w:p>
        </w:tc>
      </w:tr>
      <w:tr w:rsidR="00D71AC6" w:rsidTr="00D71AC6">
        <w:trPr>
          <w:trHeight w:val="966"/>
        </w:trPr>
        <w:tc>
          <w:tcPr>
            <w:tcW w:w="2800" w:type="dxa"/>
          </w:tcPr>
          <w:p w:rsidR="00D71AC6" w:rsidRDefault="00D71AC6">
            <w:proofErr w:type="spellStart"/>
            <w:r>
              <w:t>Ponedjeljak</w:t>
            </w:r>
            <w:proofErr w:type="spellEnd"/>
          </w:p>
        </w:tc>
        <w:tc>
          <w:tcPr>
            <w:tcW w:w="5530" w:type="dxa"/>
          </w:tcPr>
          <w:p w:rsidR="00D71AC6" w:rsidRDefault="00C133B3">
            <w:r>
              <w:br/>
              <w:t xml:space="preserve">Hot dog </w:t>
            </w:r>
            <w:r w:rsidR="00D71AC6">
              <w:br/>
            </w:r>
          </w:p>
        </w:tc>
      </w:tr>
      <w:tr w:rsidR="00D71AC6" w:rsidTr="00D71AC6">
        <w:trPr>
          <w:trHeight w:val="714"/>
        </w:trPr>
        <w:tc>
          <w:tcPr>
            <w:tcW w:w="2800" w:type="dxa"/>
          </w:tcPr>
          <w:p w:rsidR="00D71AC6" w:rsidRDefault="00D71AC6">
            <w:proofErr w:type="spellStart"/>
            <w:r>
              <w:t>Utorak</w:t>
            </w:r>
            <w:proofErr w:type="spellEnd"/>
          </w:p>
        </w:tc>
        <w:tc>
          <w:tcPr>
            <w:tcW w:w="5530" w:type="dxa"/>
          </w:tcPr>
          <w:p w:rsidR="00D71AC6" w:rsidRDefault="00C133B3">
            <w:r>
              <w:br/>
              <w:t xml:space="preserve">Nuggets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povrtno</w:t>
            </w:r>
            <w:proofErr w:type="spellEnd"/>
            <w:r>
              <w:t xml:space="preserve"> </w:t>
            </w:r>
            <w:proofErr w:type="spellStart"/>
            <w:r w:rsidR="00D71AC6">
              <w:t>varivo</w:t>
            </w:r>
            <w:proofErr w:type="spellEnd"/>
            <w:r w:rsidR="00D71AC6">
              <w:t xml:space="preserve"> </w:t>
            </w:r>
            <w:r w:rsidR="00D71AC6">
              <w:br/>
            </w:r>
          </w:p>
        </w:tc>
      </w:tr>
      <w:tr w:rsidR="00D71AC6" w:rsidTr="00D71AC6">
        <w:trPr>
          <w:trHeight w:val="966"/>
        </w:trPr>
        <w:tc>
          <w:tcPr>
            <w:tcW w:w="2800" w:type="dxa"/>
          </w:tcPr>
          <w:p w:rsidR="00D71AC6" w:rsidRDefault="00D71AC6">
            <w:proofErr w:type="spellStart"/>
            <w:r>
              <w:t>Srijeda</w:t>
            </w:r>
            <w:proofErr w:type="spellEnd"/>
          </w:p>
        </w:tc>
        <w:tc>
          <w:tcPr>
            <w:tcW w:w="5530" w:type="dxa"/>
          </w:tcPr>
          <w:p w:rsidR="00D71AC6" w:rsidRDefault="00D71AC6">
            <w:r>
              <w:br/>
            </w:r>
            <w:proofErr w:type="spellStart"/>
            <w:r>
              <w:t>Zapečena</w:t>
            </w:r>
            <w:proofErr w:type="spellEnd"/>
            <w:r>
              <w:t xml:space="preserve"> </w:t>
            </w:r>
            <w:proofErr w:type="spellStart"/>
            <w:r>
              <w:t>tjestenina</w:t>
            </w:r>
            <w:proofErr w:type="spellEnd"/>
            <w:r>
              <w:t xml:space="preserve"> s </w:t>
            </w:r>
            <w:proofErr w:type="spellStart"/>
            <w:r>
              <w:t>piletinom</w:t>
            </w:r>
            <w:proofErr w:type="spellEnd"/>
            <w:r>
              <w:t xml:space="preserve"> </w:t>
            </w:r>
            <w:r>
              <w:br/>
            </w:r>
          </w:p>
        </w:tc>
      </w:tr>
      <w:tr w:rsidR="00D71AC6" w:rsidTr="00D71AC6">
        <w:trPr>
          <w:trHeight w:val="952"/>
        </w:trPr>
        <w:tc>
          <w:tcPr>
            <w:tcW w:w="2800" w:type="dxa"/>
          </w:tcPr>
          <w:p w:rsidR="00D71AC6" w:rsidRDefault="00D71AC6">
            <w:proofErr w:type="spellStart"/>
            <w:r>
              <w:t>Četvrtak</w:t>
            </w:r>
            <w:proofErr w:type="spellEnd"/>
          </w:p>
        </w:tc>
        <w:tc>
          <w:tcPr>
            <w:tcW w:w="5530" w:type="dxa"/>
          </w:tcPr>
          <w:p w:rsidR="00D71AC6" w:rsidRDefault="00D71AC6">
            <w:proofErr w:type="spellStart"/>
            <w:r>
              <w:t>Varivo</w:t>
            </w:r>
            <w:proofErr w:type="spellEnd"/>
            <w:r>
              <w:t xml:space="preserve"> od </w:t>
            </w:r>
            <w:proofErr w:type="spellStart"/>
            <w:r>
              <w:t>mahuna</w:t>
            </w:r>
            <w:proofErr w:type="spellEnd"/>
            <w:r>
              <w:t xml:space="preserve"> s </w:t>
            </w:r>
            <w:proofErr w:type="spellStart"/>
            <w:r>
              <w:t>mesom</w:t>
            </w:r>
            <w:proofErr w:type="spellEnd"/>
            <w:r>
              <w:br/>
            </w:r>
            <w:r>
              <w:br/>
            </w:r>
          </w:p>
        </w:tc>
      </w:tr>
      <w:tr w:rsidR="00D71AC6" w:rsidTr="00D71AC6">
        <w:trPr>
          <w:trHeight w:val="70"/>
        </w:trPr>
        <w:tc>
          <w:tcPr>
            <w:tcW w:w="2800" w:type="dxa"/>
          </w:tcPr>
          <w:p w:rsidR="00D71AC6" w:rsidRDefault="00D71AC6">
            <w:proofErr w:type="spellStart"/>
            <w:r>
              <w:t>Petak</w:t>
            </w:r>
            <w:proofErr w:type="spellEnd"/>
          </w:p>
        </w:tc>
        <w:tc>
          <w:tcPr>
            <w:tcW w:w="5530" w:type="dxa"/>
          </w:tcPr>
          <w:p w:rsidR="00D71AC6" w:rsidRDefault="00D71AC6">
            <w:r>
              <w:br/>
            </w:r>
            <w:proofErr w:type="spellStart"/>
            <w:r>
              <w:t>Riblji</w:t>
            </w:r>
            <w:proofErr w:type="spellEnd"/>
            <w:r>
              <w:t xml:space="preserve"> </w:t>
            </w:r>
            <w:proofErr w:type="spellStart"/>
            <w:r>
              <w:t>štapići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špinat</w:t>
            </w:r>
            <w:proofErr w:type="spellEnd"/>
            <w:r>
              <w:t xml:space="preserve"> </w:t>
            </w:r>
            <w:r>
              <w:br/>
            </w:r>
          </w:p>
        </w:tc>
      </w:tr>
    </w:tbl>
    <w:p w:rsidR="00CB7BC1" w:rsidRDefault="00CB7BC1"/>
    <w:p w:rsidR="00CB7BC1" w:rsidRDefault="00CF322C">
      <w:r>
        <w:rPr>
          <w:b/>
          <w:sz w:val="28"/>
        </w:rPr>
        <w:t>2. TJEDAN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2"/>
        <w:gridCol w:w="5528"/>
      </w:tblGrid>
      <w:tr w:rsidR="00D71AC6" w:rsidTr="00D71AC6">
        <w:tc>
          <w:tcPr>
            <w:tcW w:w="2802" w:type="dxa"/>
          </w:tcPr>
          <w:p w:rsidR="00D71AC6" w:rsidRDefault="00D71AC6">
            <w:r>
              <w:t>Dan</w:t>
            </w:r>
          </w:p>
        </w:tc>
        <w:tc>
          <w:tcPr>
            <w:tcW w:w="5528" w:type="dxa"/>
          </w:tcPr>
          <w:p w:rsidR="00D71AC6" w:rsidRDefault="00D71AC6">
            <w:r>
              <w:t>Užina / Topli obrok</w:t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proofErr w:type="spellStart"/>
            <w:r>
              <w:t>Ponedjeljak</w:t>
            </w:r>
            <w:proofErr w:type="spellEnd"/>
          </w:p>
        </w:tc>
        <w:tc>
          <w:tcPr>
            <w:tcW w:w="5528" w:type="dxa"/>
          </w:tcPr>
          <w:p w:rsidR="00D71AC6" w:rsidRDefault="00D71AC6">
            <w:r>
              <w:br/>
            </w:r>
            <w:proofErr w:type="spellStart"/>
            <w:r>
              <w:t>Špageti</w:t>
            </w:r>
            <w:proofErr w:type="spellEnd"/>
            <w:r>
              <w:t xml:space="preserve"> </w:t>
            </w:r>
            <w:proofErr w:type="spellStart"/>
            <w:r>
              <w:t>bolonjez</w:t>
            </w:r>
            <w:proofErr w:type="spellEnd"/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r>
              <w:t>Utorak</w:t>
            </w:r>
          </w:p>
        </w:tc>
        <w:tc>
          <w:tcPr>
            <w:tcW w:w="5528" w:type="dxa"/>
          </w:tcPr>
          <w:p w:rsidR="00D71AC6" w:rsidRDefault="00D71AC6">
            <w:r>
              <w:br/>
            </w:r>
            <w:proofErr w:type="spellStart"/>
            <w:r>
              <w:t>Fino</w:t>
            </w:r>
            <w:proofErr w:type="spellEnd"/>
            <w:r>
              <w:t xml:space="preserve"> </w:t>
            </w:r>
            <w:proofErr w:type="spellStart"/>
            <w:r>
              <w:t>varivo</w:t>
            </w:r>
            <w:proofErr w:type="spellEnd"/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proofErr w:type="spellStart"/>
            <w:r>
              <w:t>Srijeda</w:t>
            </w:r>
            <w:proofErr w:type="spellEnd"/>
          </w:p>
        </w:tc>
        <w:tc>
          <w:tcPr>
            <w:tcW w:w="5528" w:type="dxa"/>
          </w:tcPr>
          <w:p w:rsidR="00D71AC6" w:rsidRDefault="00D71AC6">
            <w:r>
              <w:br/>
            </w:r>
            <w:proofErr w:type="spellStart"/>
            <w:r>
              <w:t>Pileći</w:t>
            </w:r>
            <w:proofErr w:type="spellEnd"/>
            <w:r>
              <w:t xml:space="preserve"> </w:t>
            </w:r>
            <w:proofErr w:type="spellStart"/>
            <w:r>
              <w:t>bataci</w:t>
            </w:r>
            <w:proofErr w:type="spellEnd"/>
            <w:r>
              <w:t xml:space="preserve"> s </w:t>
            </w:r>
            <w:proofErr w:type="spellStart"/>
            <w:r>
              <w:t>pečenim</w:t>
            </w:r>
            <w:proofErr w:type="spellEnd"/>
            <w:r>
              <w:t xml:space="preserve"> </w:t>
            </w:r>
            <w:proofErr w:type="spellStart"/>
            <w:r>
              <w:t>krupirom</w:t>
            </w:r>
            <w:proofErr w:type="spellEnd"/>
            <w:r>
              <w:t xml:space="preserve"> </w:t>
            </w:r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r>
              <w:t>Četvrtak</w:t>
            </w:r>
          </w:p>
        </w:tc>
        <w:tc>
          <w:tcPr>
            <w:tcW w:w="5528" w:type="dxa"/>
          </w:tcPr>
          <w:p w:rsidR="00D71AC6" w:rsidRDefault="00D71AC6">
            <w:r>
              <w:br/>
            </w:r>
            <w:proofErr w:type="spellStart"/>
            <w:r>
              <w:t>Rižoto</w:t>
            </w:r>
            <w:proofErr w:type="spellEnd"/>
            <w:r>
              <w:t xml:space="preserve"> s </w:t>
            </w:r>
            <w:proofErr w:type="spellStart"/>
            <w:r>
              <w:t>pilećim</w:t>
            </w:r>
            <w:proofErr w:type="spellEnd"/>
            <w:r>
              <w:t xml:space="preserve"> </w:t>
            </w:r>
            <w:proofErr w:type="spellStart"/>
            <w:r>
              <w:t>bijelim</w:t>
            </w:r>
            <w:proofErr w:type="spellEnd"/>
            <w:r>
              <w:t xml:space="preserve"> </w:t>
            </w:r>
            <w:proofErr w:type="spellStart"/>
            <w:r>
              <w:t>mesom</w:t>
            </w:r>
            <w:proofErr w:type="spellEnd"/>
            <w:r>
              <w:t xml:space="preserve"> </w:t>
            </w:r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proofErr w:type="spellStart"/>
            <w:r>
              <w:t>Petak</w:t>
            </w:r>
            <w:proofErr w:type="spellEnd"/>
          </w:p>
        </w:tc>
        <w:tc>
          <w:tcPr>
            <w:tcW w:w="5528" w:type="dxa"/>
          </w:tcPr>
          <w:p w:rsidR="00D71AC6" w:rsidRDefault="00D71AC6">
            <w:r>
              <w:br/>
            </w:r>
            <w:proofErr w:type="spellStart"/>
            <w:r>
              <w:t>Školska</w:t>
            </w:r>
            <w:proofErr w:type="spellEnd"/>
            <w:r>
              <w:t xml:space="preserve"> pizza </w:t>
            </w:r>
            <w:r>
              <w:br/>
            </w:r>
          </w:p>
        </w:tc>
      </w:tr>
    </w:tbl>
    <w:p w:rsidR="00CB7BC1" w:rsidRDefault="00CB7BC1"/>
    <w:p w:rsidR="00CB7BC1" w:rsidRDefault="00CF322C">
      <w:r>
        <w:br w:type="page"/>
      </w:r>
      <w:r>
        <w:rPr>
          <w:b/>
          <w:sz w:val="28"/>
        </w:rPr>
        <w:lastRenderedPageBreak/>
        <w:t>3. TJEDAN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2"/>
        <w:gridCol w:w="5811"/>
      </w:tblGrid>
      <w:tr w:rsidR="00D71AC6" w:rsidTr="00D71AC6">
        <w:tc>
          <w:tcPr>
            <w:tcW w:w="2802" w:type="dxa"/>
          </w:tcPr>
          <w:p w:rsidR="00D71AC6" w:rsidRDefault="00D71AC6">
            <w:r>
              <w:t>Dan</w:t>
            </w:r>
          </w:p>
        </w:tc>
        <w:tc>
          <w:tcPr>
            <w:tcW w:w="5811" w:type="dxa"/>
          </w:tcPr>
          <w:p w:rsidR="00D71AC6" w:rsidRDefault="00D71AC6">
            <w:proofErr w:type="spellStart"/>
            <w:r>
              <w:t>Užina</w:t>
            </w:r>
            <w:proofErr w:type="spellEnd"/>
            <w:r>
              <w:t xml:space="preserve"> / </w:t>
            </w:r>
            <w:proofErr w:type="spellStart"/>
            <w:r>
              <w:t>Topli</w:t>
            </w:r>
            <w:proofErr w:type="spellEnd"/>
            <w:r>
              <w:t xml:space="preserve"> </w:t>
            </w:r>
            <w:proofErr w:type="spellStart"/>
            <w:r>
              <w:t>obrok</w:t>
            </w:r>
            <w:proofErr w:type="spellEnd"/>
          </w:p>
        </w:tc>
      </w:tr>
      <w:tr w:rsidR="00D71AC6" w:rsidTr="00D71AC6">
        <w:tc>
          <w:tcPr>
            <w:tcW w:w="2802" w:type="dxa"/>
          </w:tcPr>
          <w:p w:rsidR="00D71AC6" w:rsidRDefault="00D71AC6">
            <w:proofErr w:type="spellStart"/>
            <w:r>
              <w:t>Ponedjeljak</w:t>
            </w:r>
            <w:proofErr w:type="spellEnd"/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Pileći</w:t>
            </w:r>
            <w:proofErr w:type="spellEnd"/>
            <w:r>
              <w:t xml:space="preserve"> paprika s </w:t>
            </w:r>
            <w:proofErr w:type="spellStart"/>
            <w:r>
              <w:t>noklicama</w:t>
            </w:r>
            <w:proofErr w:type="spellEnd"/>
          </w:p>
          <w:p w:rsidR="00D71AC6" w:rsidRDefault="00D71AC6"/>
        </w:tc>
      </w:tr>
      <w:tr w:rsidR="00D71AC6" w:rsidTr="00D71AC6">
        <w:tc>
          <w:tcPr>
            <w:tcW w:w="2802" w:type="dxa"/>
          </w:tcPr>
          <w:p w:rsidR="00D71AC6" w:rsidRDefault="00D71AC6">
            <w:r>
              <w:t>Utorak</w:t>
            </w:r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Pileće</w:t>
            </w:r>
            <w:proofErr w:type="spellEnd"/>
            <w:r>
              <w:t xml:space="preserve"> </w:t>
            </w:r>
            <w:proofErr w:type="spellStart"/>
            <w:r>
              <w:t>bijelo</w:t>
            </w:r>
            <w:proofErr w:type="spellEnd"/>
            <w:r>
              <w:t xml:space="preserve"> </w:t>
            </w:r>
            <w:proofErr w:type="spellStart"/>
            <w:r>
              <w:t>meso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rizi-bizi</w:t>
            </w:r>
            <w:proofErr w:type="spellEnd"/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proofErr w:type="spellStart"/>
            <w:r>
              <w:t>Srijeda</w:t>
            </w:r>
            <w:proofErr w:type="spellEnd"/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Grah</w:t>
            </w:r>
            <w:proofErr w:type="spellEnd"/>
            <w:r>
              <w:t xml:space="preserve"> s </w:t>
            </w:r>
            <w:proofErr w:type="spellStart"/>
            <w:r>
              <w:t>kobasicama</w:t>
            </w:r>
            <w:proofErr w:type="spellEnd"/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r>
              <w:t>Četvrtak</w:t>
            </w:r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Zapečene</w:t>
            </w:r>
            <w:proofErr w:type="spellEnd"/>
            <w:r>
              <w:t xml:space="preserve"> mesne </w:t>
            </w:r>
            <w:proofErr w:type="spellStart"/>
            <w:r>
              <w:t>okruglice</w:t>
            </w:r>
            <w:proofErr w:type="spellEnd"/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proofErr w:type="spellStart"/>
            <w:r>
              <w:t>Petak</w:t>
            </w:r>
            <w:proofErr w:type="spellEnd"/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Riba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blitva</w:t>
            </w:r>
            <w:proofErr w:type="spellEnd"/>
            <w:r>
              <w:t xml:space="preserve"> s </w:t>
            </w:r>
            <w:proofErr w:type="spellStart"/>
            <w:r>
              <w:t>krumpirom</w:t>
            </w:r>
            <w:proofErr w:type="spellEnd"/>
            <w:r>
              <w:t xml:space="preserve"> </w:t>
            </w:r>
            <w:r>
              <w:br/>
            </w:r>
          </w:p>
        </w:tc>
      </w:tr>
    </w:tbl>
    <w:p w:rsidR="00CB7BC1" w:rsidRDefault="00CB7BC1"/>
    <w:p w:rsidR="00CB7BC1" w:rsidRDefault="00CF322C">
      <w:r>
        <w:rPr>
          <w:b/>
          <w:sz w:val="28"/>
        </w:rPr>
        <w:t>4. TJEDAN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802"/>
        <w:gridCol w:w="5811"/>
      </w:tblGrid>
      <w:tr w:rsidR="00D71AC6" w:rsidTr="00D71AC6">
        <w:tc>
          <w:tcPr>
            <w:tcW w:w="2802" w:type="dxa"/>
          </w:tcPr>
          <w:p w:rsidR="00D71AC6" w:rsidRDefault="00D71AC6">
            <w:r>
              <w:t>Dan</w:t>
            </w:r>
          </w:p>
        </w:tc>
        <w:tc>
          <w:tcPr>
            <w:tcW w:w="5811" w:type="dxa"/>
          </w:tcPr>
          <w:p w:rsidR="00D71AC6" w:rsidRDefault="00D71AC6">
            <w:r>
              <w:t>Užina / Topli obrok</w:t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proofErr w:type="spellStart"/>
            <w:r>
              <w:t>Ponedjeljak</w:t>
            </w:r>
            <w:proofErr w:type="spellEnd"/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Pileće</w:t>
            </w:r>
            <w:proofErr w:type="spellEnd"/>
            <w:r>
              <w:t xml:space="preserve"> </w:t>
            </w:r>
            <w:proofErr w:type="spellStart"/>
            <w:r>
              <w:t>bijelo</w:t>
            </w:r>
            <w:proofErr w:type="spellEnd"/>
            <w:r>
              <w:t xml:space="preserve"> </w:t>
            </w:r>
            <w:proofErr w:type="spellStart"/>
            <w:r>
              <w:t>meso</w:t>
            </w:r>
            <w:proofErr w:type="spellEnd"/>
            <w:r>
              <w:t xml:space="preserve"> u </w:t>
            </w:r>
            <w:proofErr w:type="spellStart"/>
            <w:r>
              <w:t>umaku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pire</w:t>
            </w:r>
            <w:proofErr w:type="spellEnd"/>
            <w:r>
              <w:t xml:space="preserve"> </w:t>
            </w:r>
            <w:proofErr w:type="spellStart"/>
            <w:r>
              <w:t>krumpir</w:t>
            </w:r>
            <w:proofErr w:type="spellEnd"/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r>
              <w:t>Utorak</w:t>
            </w:r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Rižoto</w:t>
            </w:r>
            <w:proofErr w:type="spellEnd"/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proofErr w:type="spellStart"/>
            <w:r>
              <w:t>Srijeda</w:t>
            </w:r>
            <w:proofErr w:type="spellEnd"/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Faširanci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mahune</w:t>
            </w:r>
            <w:proofErr w:type="spellEnd"/>
            <w:r>
              <w:t xml:space="preserve"> </w:t>
            </w:r>
            <w:proofErr w:type="spellStart"/>
            <w:r>
              <w:t>varivo</w:t>
            </w:r>
            <w:proofErr w:type="spellEnd"/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r>
              <w:t>Četvrtak</w:t>
            </w:r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Slatki</w:t>
            </w:r>
            <w:proofErr w:type="spellEnd"/>
            <w:r>
              <w:t xml:space="preserve"> </w:t>
            </w:r>
            <w:proofErr w:type="spellStart"/>
            <w:r>
              <w:t>kupus</w:t>
            </w:r>
            <w:proofErr w:type="spellEnd"/>
            <w:r>
              <w:t xml:space="preserve"> s </w:t>
            </w:r>
            <w:proofErr w:type="spellStart"/>
            <w:r>
              <w:t>mesom</w:t>
            </w:r>
            <w:proofErr w:type="spellEnd"/>
            <w:r>
              <w:br/>
            </w:r>
          </w:p>
        </w:tc>
      </w:tr>
      <w:tr w:rsidR="00D71AC6" w:rsidTr="00D71AC6">
        <w:tc>
          <w:tcPr>
            <w:tcW w:w="2802" w:type="dxa"/>
          </w:tcPr>
          <w:p w:rsidR="00D71AC6" w:rsidRDefault="00D71AC6">
            <w:proofErr w:type="spellStart"/>
            <w:r>
              <w:t>Petak</w:t>
            </w:r>
            <w:proofErr w:type="spellEnd"/>
          </w:p>
        </w:tc>
        <w:tc>
          <w:tcPr>
            <w:tcW w:w="5811" w:type="dxa"/>
          </w:tcPr>
          <w:p w:rsidR="00D71AC6" w:rsidRDefault="00D71AC6">
            <w:r>
              <w:br/>
            </w:r>
            <w:proofErr w:type="spellStart"/>
            <w:r>
              <w:t>Lažna</w:t>
            </w:r>
            <w:proofErr w:type="spellEnd"/>
            <w:r>
              <w:t xml:space="preserve"> Carbonara </w:t>
            </w:r>
            <w:r>
              <w:br/>
            </w:r>
          </w:p>
        </w:tc>
      </w:tr>
    </w:tbl>
    <w:p w:rsidR="00CB7BC1" w:rsidRDefault="00CB7BC1"/>
    <w:p w:rsidR="005C5081" w:rsidRDefault="005C5081">
      <w:r>
        <w:t xml:space="preserve">U </w:t>
      </w:r>
      <w:proofErr w:type="spellStart"/>
      <w:r>
        <w:t>skladu</w:t>
      </w:r>
      <w:proofErr w:type="spellEnd"/>
      <w:r>
        <w:t xml:space="preserve"> s </w:t>
      </w:r>
      <w:proofErr w:type="spellStart"/>
      <w:r>
        <w:t>Pravilnikom</w:t>
      </w:r>
      <w:proofErr w:type="spellEnd"/>
      <w:r>
        <w:t xml:space="preserve"> o </w:t>
      </w:r>
      <w:proofErr w:type="spellStart"/>
      <w:r>
        <w:t>radu</w:t>
      </w:r>
      <w:proofErr w:type="spellEnd"/>
      <w:r>
        <w:t xml:space="preserve"> </w:t>
      </w:r>
      <w:proofErr w:type="spellStart"/>
      <w:r>
        <w:t>školske</w:t>
      </w:r>
      <w:proofErr w:type="spellEnd"/>
      <w:r>
        <w:t xml:space="preserve"> </w:t>
      </w:r>
      <w:proofErr w:type="spellStart"/>
      <w:r>
        <w:t>kuhinje</w:t>
      </w:r>
      <w:proofErr w:type="spellEnd"/>
      <w:r>
        <w:t xml:space="preserve"> </w:t>
      </w:r>
      <w:proofErr w:type="spellStart"/>
      <w:r>
        <w:t>izmjena</w:t>
      </w:r>
      <w:proofErr w:type="spellEnd"/>
      <w:r>
        <w:t xml:space="preserve"> </w:t>
      </w:r>
      <w:proofErr w:type="spellStart"/>
      <w:r>
        <w:t>Jelovnika</w:t>
      </w:r>
      <w:proofErr w:type="spellEnd"/>
      <w:r>
        <w:t xml:space="preserve"> </w:t>
      </w:r>
      <w:proofErr w:type="spellStart"/>
      <w:r>
        <w:t>moguća</w:t>
      </w:r>
      <w:proofErr w:type="spellEnd"/>
      <w:r>
        <w:t xml:space="preserve"> je u </w:t>
      </w:r>
      <w:proofErr w:type="spellStart"/>
      <w:r>
        <w:t>opravdanom</w:t>
      </w:r>
      <w:proofErr w:type="spellEnd"/>
      <w:r>
        <w:t xml:space="preserve"> </w:t>
      </w:r>
      <w:proofErr w:type="spellStart"/>
      <w:r>
        <w:t>slučaju</w:t>
      </w:r>
      <w:proofErr w:type="spellEnd"/>
      <w:r>
        <w:t xml:space="preserve">. </w:t>
      </w:r>
    </w:p>
    <w:p w:rsidR="005C5081" w:rsidRPr="005C5081" w:rsidRDefault="005C5081" w:rsidP="005C5081">
      <w:pPr>
        <w:spacing w:after="0" w:line="300" w:lineRule="atLeast"/>
        <w:rPr>
          <w:rFonts w:ascii="Times New Roman" w:eastAsia="Times New Roman" w:hAnsi="Times New Roman" w:cs="Times New Roman"/>
          <w:lang w:val="hr-HR" w:eastAsia="hr-HR"/>
        </w:rPr>
      </w:pPr>
      <w:r w:rsidRPr="005C5081">
        <w:rPr>
          <w:rFonts w:ascii="Times New Roman" w:eastAsia="Times New Roman" w:hAnsi="Times New Roman" w:cs="Times New Roman"/>
          <w:lang w:val="hr-HR" w:eastAsia="hr-HR"/>
        </w:rPr>
        <w:t>Zahvaljujemo roditeljima učenika na razumijevanju u slučaju opravdanih promjena jelovnika u školskoj kuhinji.</w:t>
      </w:r>
    </w:p>
    <w:p w:rsidR="005C5081" w:rsidRPr="005C5081" w:rsidRDefault="005C5081">
      <w:bookmarkStart w:id="0" w:name="_GoBack"/>
      <w:bookmarkEnd w:id="0"/>
    </w:p>
    <w:sectPr w:rsidR="005C5081" w:rsidRPr="005C5081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Brojevi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Brojevi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Grafikeoznake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Grafikeoznake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Brojevi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Grafikeoznake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C5081"/>
    <w:rsid w:val="00AA1D8D"/>
    <w:rsid w:val="00B47730"/>
    <w:rsid w:val="00C133B3"/>
    <w:rsid w:val="00CB0664"/>
    <w:rsid w:val="00CB7BC1"/>
    <w:rsid w:val="00CF322C"/>
    <w:rsid w:val="00D71AC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737CC9A-B181-4F36-B185-0CFF47AC0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Naslov1">
    <w:name w:val="heading 1"/>
    <w:basedOn w:val="Normal"/>
    <w:next w:val="Normal"/>
    <w:link w:val="Naslov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618BF"/>
  </w:style>
  <w:style w:type="paragraph" w:styleId="Podnoje">
    <w:name w:val="footer"/>
    <w:basedOn w:val="Normal"/>
    <w:link w:val="Podnoje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E618BF"/>
  </w:style>
  <w:style w:type="paragraph" w:styleId="Bezproreda">
    <w:name w:val="No Spacing"/>
    <w:uiPriority w:val="1"/>
    <w:qFormat/>
    <w:rsid w:val="00FC693F"/>
    <w:pPr>
      <w:spacing w:after="0" w:line="240" w:lineRule="auto"/>
    </w:pPr>
  </w:style>
  <w:style w:type="character" w:customStyle="1" w:styleId="Naslov1Char">
    <w:name w:val="Naslov 1 Char"/>
    <w:basedOn w:val="Zadanifontodlomka"/>
    <w:link w:val="Naslov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slov2Char">
    <w:name w:val="Naslov 2 Char"/>
    <w:basedOn w:val="Zadanifontodlomka"/>
    <w:link w:val="Naslov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">
    <w:name w:val="Title"/>
    <w:basedOn w:val="Normal"/>
    <w:next w:val="Normal"/>
    <w:link w:val="Naslo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slovChar">
    <w:name w:val="Naslov Char"/>
    <w:basedOn w:val="Zadanifontodlomka"/>
    <w:link w:val="Naslo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lomakpopis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unhideWhenUsed/>
    <w:rsid w:val="00AA1D8D"/>
    <w:pPr>
      <w:spacing w:after="120"/>
    </w:pPr>
  </w:style>
  <w:style w:type="character" w:customStyle="1" w:styleId="TijelotekstaChar">
    <w:name w:val="Tijelo teksta Char"/>
    <w:basedOn w:val="Zadanifontodlomka"/>
    <w:link w:val="Tijeloteksta"/>
    <w:uiPriority w:val="99"/>
    <w:rsid w:val="00AA1D8D"/>
  </w:style>
  <w:style w:type="paragraph" w:styleId="Tijeloteksta2">
    <w:name w:val="Body Text 2"/>
    <w:basedOn w:val="Normal"/>
    <w:link w:val="Tijeloteksta2Char"/>
    <w:uiPriority w:val="99"/>
    <w:unhideWhenUsed/>
    <w:rsid w:val="00AA1D8D"/>
    <w:pPr>
      <w:spacing w:after="120" w:line="480" w:lineRule="auto"/>
    </w:pPr>
  </w:style>
  <w:style w:type="character" w:customStyle="1" w:styleId="Tijeloteksta2Char">
    <w:name w:val="Tijelo teksta 2 Char"/>
    <w:basedOn w:val="Zadanifontodlomka"/>
    <w:link w:val="Tijeloteksta2"/>
    <w:uiPriority w:val="99"/>
    <w:rsid w:val="00AA1D8D"/>
  </w:style>
  <w:style w:type="paragraph" w:styleId="Tijeloteksta3">
    <w:name w:val="Body Text 3"/>
    <w:basedOn w:val="Normal"/>
    <w:link w:val="Tijeloteksta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uiPriority w:val="99"/>
    <w:rsid w:val="00AA1D8D"/>
    <w:rPr>
      <w:sz w:val="16"/>
      <w:szCs w:val="16"/>
    </w:rPr>
  </w:style>
  <w:style w:type="paragraph" w:styleId="Popis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Popis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Popis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Grafikeoznake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Grafikeoznake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Grafikeoznake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Brojevi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Brojevi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Brojevi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Nastavakpopis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Nastavakpopis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Nastavakpopis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kstmakronaredbe">
    <w:name w:val="macro"/>
    <w:link w:val="Tekstmakronaredb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onaredbeChar">
    <w:name w:val="Tekst makronaredbe Char"/>
    <w:basedOn w:val="Zadanifontodlomka"/>
    <w:link w:val="Tekstmakronaredbe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har"/>
    <w:uiPriority w:val="29"/>
    <w:qFormat/>
    <w:rsid w:val="00FC693F"/>
    <w:rPr>
      <w:i/>
      <w:iCs/>
      <w:color w:val="000000" w:themeColor="text1"/>
    </w:rPr>
  </w:style>
  <w:style w:type="character" w:customStyle="1" w:styleId="CitatChar">
    <w:name w:val="Citat Char"/>
    <w:basedOn w:val="Zadanifontodlomka"/>
    <w:link w:val="Citat"/>
    <w:uiPriority w:val="29"/>
    <w:rsid w:val="00FC693F"/>
    <w:rPr>
      <w:i/>
      <w:iCs/>
      <w:color w:val="000000" w:themeColor="text1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Naglaeno">
    <w:name w:val="Strong"/>
    <w:basedOn w:val="Zadanifontodlomka"/>
    <w:uiPriority w:val="22"/>
    <w:qFormat/>
    <w:rsid w:val="00FC693F"/>
    <w:rPr>
      <w:b/>
      <w:bCs/>
    </w:rPr>
  </w:style>
  <w:style w:type="character" w:styleId="Istaknuto">
    <w:name w:val="Emphasis"/>
    <w:basedOn w:val="Zadanifontodlomka"/>
    <w:uiPriority w:val="20"/>
    <w:qFormat/>
    <w:rsid w:val="00FC693F"/>
    <w:rPr>
      <w:i/>
      <w:iCs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FC693F"/>
    <w:rPr>
      <w:b/>
      <w:bCs/>
      <w:i/>
      <w:iCs/>
      <w:color w:val="4F81BD" w:themeColor="accent1"/>
    </w:rPr>
  </w:style>
  <w:style w:type="character" w:styleId="Neupadljivoisticanje">
    <w:name w:val="Subtle Emphasis"/>
    <w:basedOn w:val="Zadanifontodlomka"/>
    <w:uiPriority w:val="19"/>
    <w:qFormat/>
    <w:rsid w:val="00FC693F"/>
    <w:rPr>
      <w:i/>
      <w:iCs/>
      <w:color w:val="808080" w:themeColor="text1" w:themeTint="7F"/>
    </w:rPr>
  </w:style>
  <w:style w:type="character" w:styleId="Jakoisticanje">
    <w:name w:val="Intense Emphasis"/>
    <w:basedOn w:val="Zadanifontodlomka"/>
    <w:uiPriority w:val="21"/>
    <w:qFormat/>
    <w:rsid w:val="00FC693F"/>
    <w:rPr>
      <w:b/>
      <w:bCs/>
      <w:i/>
      <w:iCs/>
      <w:color w:val="4F81BD" w:themeColor="accent1"/>
    </w:rPr>
  </w:style>
  <w:style w:type="character" w:styleId="Neupadljivareferenca">
    <w:name w:val="Subtle Reference"/>
    <w:basedOn w:val="Zadanifontodlomka"/>
    <w:uiPriority w:val="31"/>
    <w:qFormat/>
    <w:rsid w:val="00FC693F"/>
    <w:rPr>
      <w:smallCaps/>
      <w:color w:val="C0504D" w:themeColor="accent2"/>
      <w:u w:val="single"/>
    </w:rPr>
  </w:style>
  <w:style w:type="character" w:styleId="Istaknutareferenca">
    <w:name w:val="Intense Reference"/>
    <w:basedOn w:val="Zadanifontodlomk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aslovknjige">
    <w:name w:val="Book Title"/>
    <w:basedOn w:val="Zadanifontodlomka"/>
    <w:uiPriority w:val="33"/>
    <w:qFormat/>
    <w:rsid w:val="00FC693F"/>
    <w:rPr>
      <w:b/>
      <w:bCs/>
      <w:smallCaps/>
      <w:spacing w:val="5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FC693F"/>
    <w:pPr>
      <w:outlineLvl w:val="9"/>
    </w:pPr>
  </w:style>
  <w:style w:type="table" w:styleId="Reetkatablice">
    <w:name w:val="Table Grid"/>
    <w:basedOn w:val="Obinatablic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osjenanje">
    <w:name w:val="Light Shading"/>
    <w:basedOn w:val="Obinatablic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ijetlosjenanje-Isticanje1">
    <w:name w:val="Light Shading Accent 1"/>
    <w:basedOn w:val="Obinatablic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ijetlosjenanje-Isticanje2">
    <w:name w:val="Light Shading Accent 2"/>
    <w:basedOn w:val="Obinatablic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ijetlosjenanje-Isticanje3">
    <w:name w:val="Light Shading Accent 3"/>
    <w:basedOn w:val="Obinatablic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ijetlosjenanje-Isticanje4">
    <w:name w:val="Light Shading Accent 4"/>
    <w:basedOn w:val="Obinatablic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ijetlosjenanje-Isticanje5">
    <w:name w:val="Light Shading Accent 5"/>
    <w:basedOn w:val="Obinatablic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ijetlosjenanje-Isticanje6">
    <w:name w:val="Light Shading Accent 6"/>
    <w:basedOn w:val="Obinatablic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ijetlipopis">
    <w:name w:val="Light List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ijetlipopis-Isticanje1">
    <w:name w:val="Light List Accent 1"/>
    <w:basedOn w:val="Obinatablic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ijetlipopis-Isticanje2">
    <w:name w:val="Light List Accent 2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ijetlipopis-Isticanje3">
    <w:name w:val="Light List Accent 3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ijetlipopis-Isticanje4">
    <w:name w:val="Light List Accent 4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ijetlipopis-Isticanje5">
    <w:name w:val="Light List Accent 5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rednjipopis-Isticanje6">
    <w:name w:val="Light List Accent 6"/>
    <w:basedOn w:val="Obinatablic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ijetlareetka">
    <w:name w:val="Light Grid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ijetlareetka-Isticanje1">
    <w:name w:val="Light Grid Accent 1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ijetlareetka-Isticanje2">
    <w:name w:val="Light Grid Accent 2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ijetlareetka-Isticanje3">
    <w:name w:val="Light Grid Accent 3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ijetlareetka-Isticanje4">
    <w:name w:val="Light Grid Accent 4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ijetlareetka-Isticanje5">
    <w:name w:val="Light Grid Accent 5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rednjareetka-Isticanje6">
    <w:name w:val="Light Grid Accent 6"/>
    <w:basedOn w:val="Obinatablic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rednjesjenanje1">
    <w:name w:val="Medium Shading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1">
    <w:name w:val="Medium Shading 1 Accent 1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2">
    <w:name w:val="Medium Shading 1 Accent 2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3">
    <w:name w:val="Medium Shading 1 Accent 3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4">
    <w:name w:val="Medium Shading 1 Accent 4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5">
    <w:name w:val="Medium Shading 1 Accent 5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1-Isticanje6">
    <w:name w:val="Medium Shading 1 Accent 6"/>
    <w:basedOn w:val="Obinatablic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rednjesjenanje2">
    <w:name w:val="Medium Shading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1">
    <w:name w:val="Medium Shading 2 Accent 1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2">
    <w:name w:val="Medium Shading 2 Accent 2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3">
    <w:name w:val="Medium Shading 2 Accent 3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4">
    <w:name w:val="Medium Shading 2 Accent 4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5">
    <w:name w:val="Medium Shading 2 Accent 5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esjenanje2-Isticanje6">
    <w:name w:val="Medium Shading 2 Accent 6"/>
    <w:basedOn w:val="Obinatablic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rednjipopis1">
    <w:name w:val="Medium Lis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rednjipopis1-Isticanje1">
    <w:name w:val="Medium List 1 Accent 1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rednjipopis1-Isticanje2">
    <w:name w:val="Medium List 1 Accent 2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rednjipopis1-Isticanje3">
    <w:name w:val="Medium List 1 Accent 3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rednjipopis1-Isticanje4">
    <w:name w:val="Medium List 1 Accent 4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rednjipopis1-Isticanje5">
    <w:name w:val="Medium List 1 Accent 5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rednjipopis1-Isticanje6">
    <w:name w:val="Medium List 1 Accent 6"/>
    <w:basedOn w:val="Obinatablic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rednjipopis2">
    <w:name w:val="Medium Lis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1">
    <w:name w:val="Medium List 2 Accent 1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2">
    <w:name w:val="Medium List 2 Accent 2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3">
    <w:name w:val="Medium List 2 Accent 3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4">
    <w:name w:val="Medium List 2 Accent 4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5">
    <w:name w:val="Medium List 2 Accent 5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ipopis2-Isticanje6">
    <w:name w:val="Medium List 2 Accent 6"/>
    <w:basedOn w:val="Obinatablic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rednjareetka1">
    <w:name w:val="Medium Grid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rednjareetka1-Isticanje1">
    <w:name w:val="Medium Grid 1 Accent 1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rednjareetka1-Isticanje2">
    <w:name w:val="Medium Grid 1 Accent 2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rednjareetka1-Isticanje3">
    <w:name w:val="Medium Grid 1 Accent 3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rednjareetka1-Isticanje4">
    <w:name w:val="Medium Grid 1 Accent 4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rednjareetka1-Isticanje5">
    <w:name w:val="Medium Grid 1 Accent 5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rednjareetka1-Isticanje6">
    <w:name w:val="Medium Grid 1 Accent 6"/>
    <w:basedOn w:val="Obinatablic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rednjareetka2">
    <w:name w:val="Medium Grid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1">
    <w:name w:val="Medium Grid 2 Accent 1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2">
    <w:name w:val="Medium Grid 2 Accent 2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3">
    <w:name w:val="Medium Grid 2 Accent 3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4">
    <w:name w:val="Medium Grid 2 Accent 4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5">
    <w:name w:val="Medium Grid 2 Accent 5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2-Isticanje6">
    <w:name w:val="Medium Grid 2 Accent 6"/>
    <w:basedOn w:val="Obinatablic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rednjareetka3">
    <w:name w:val="Medium Grid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rednjareetka3-Isticanje1">
    <w:name w:val="Medium Grid 3 Accent 1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rednjareetka3-Isticanje2">
    <w:name w:val="Medium Grid 3 Accent 2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rednjareetka3-Isticanje3">
    <w:name w:val="Medium Grid 3 Accent 3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rednjareetka3-Isticanje4">
    <w:name w:val="Medium Grid 3 Accent 4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rednjareetka3-Isticanje5">
    <w:name w:val="Medium Grid 3 Accent 5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rednjareetka3-Isticanje6">
    <w:name w:val="Medium Grid 3 Accent 6"/>
    <w:basedOn w:val="Obinatablic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amnipopis">
    <w:name w:val="Dark List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amnipopis-Isticanje1">
    <w:name w:val="Dark List Accent 1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amnipopis-Isticanje2">
    <w:name w:val="Dark List Accent 2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amnipopis-Isticanje3">
    <w:name w:val="Dark List Accent 3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amnipopis-Isticanje4">
    <w:name w:val="Dark List Accent 4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amnipopis-Isticanje5">
    <w:name w:val="Dark List Accent 5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amnipopis-Isticanje6">
    <w:name w:val="Dark List Accent 6"/>
    <w:basedOn w:val="Obinatablic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Obojanosjenanje">
    <w:name w:val="Colorful Shading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1">
    <w:name w:val="Colorful Shading Accent 1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jenanjeuboji-Isticanje2">
    <w:name w:val="Colorful Shading Accent 2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3">
    <w:name w:val="Colorful Shading Accent 3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osjenanje-Isticanje4">
    <w:name w:val="Colorful Shading Accent 4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5">
    <w:name w:val="Colorful Shading Accent 5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osjenanje-Isticanje6">
    <w:name w:val="Colorful Shading Accent 6"/>
    <w:basedOn w:val="Obinatablic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Obojanipopis">
    <w:name w:val="Colorful List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Obojanipopis-Isticanje1">
    <w:name w:val="Colorful List Accent 1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Obojanopopis-Isticanje2">
    <w:name w:val="Colorful List Accent 2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Obojanipopis-Isticanje3">
    <w:name w:val="Colorful List Accent 3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Obojanipopis-Isticanje4">
    <w:name w:val="Colorful List Accent 4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Obojanipopis-Isticanje5">
    <w:name w:val="Colorful List Accent 5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Obojanipopis-Isticanje6">
    <w:name w:val="Colorful List Accent 6"/>
    <w:basedOn w:val="Obinatablic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Obojanareetka">
    <w:name w:val="Colorful Grid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bojanareetka-Isticanje1">
    <w:name w:val="Colorful Grid Accent 1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bojanoreetka-Isticanje2">
    <w:name w:val="Colorful Grid Accent 2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bojanareetka-Isticanje3">
    <w:name w:val="Colorful Grid Accent 3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bojanareetka-Isticanje4">
    <w:name w:val="Colorful Grid Accent 4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bojanareetka-Isticanje5">
    <w:name w:val="Colorful Grid Accent 5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bojanareetka-Isticanje6">
    <w:name w:val="Colorful Grid Accent 6"/>
    <w:basedOn w:val="Obinatablic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ekstbalonia">
    <w:name w:val="Balloon Text"/>
    <w:basedOn w:val="Normal"/>
    <w:link w:val="TekstbaloniaChar"/>
    <w:uiPriority w:val="99"/>
    <w:semiHidden/>
    <w:unhideWhenUsed/>
    <w:rsid w:val="00D71A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71A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69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5367968-0553-4C5E-B81F-EC2B0C28A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170</Words>
  <Characters>972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1140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Štivić</dc:creator>
  <cp:keywords/>
  <dc:description>generated by python-docx</dc:description>
  <cp:lastModifiedBy>Korisnik</cp:lastModifiedBy>
  <cp:revision>2</cp:revision>
  <cp:lastPrinted>2026-09-08T11:05:00Z</cp:lastPrinted>
  <dcterms:created xsi:type="dcterms:W3CDTF">2026-09-08T11:09:00Z</dcterms:created>
  <dcterms:modified xsi:type="dcterms:W3CDTF">2026-09-08T11:09:00Z</dcterms:modified>
  <cp:category/>
</cp:coreProperties>
</file>